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648"/>
        <w:gridCol w:w="3648"/>
        <w:gridCol w:w="3648"/>
      </w:tblGrid>
      <w:tr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Județul: ....................................................</w:t>
              <w:br/>
              <w:t>Autoritatea administrației publice: ............</w:t>
              <w:br/>
              <w:t>Adresa oficială: sediul / telefon / e-mail: .......</w:t>
              <w:br/>
              <w:t>CIF: .........................................................</w:t>
            </w:r>
          </w:p>
        </w:tc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pPr>
              <w:jc w:val="center"/>
            </w:pPr>
            <w:r>
              <w:rPr>
                <w:b/>
                <w:sz w:val="17"/>
              </w:rPr>
              <w:t>[ siglă / stemă ]</w:t>
              <w:br/>
              <w:t>F_CU_01 - versiunea 1.0</w:t>
            </w:r>
          </w:p>
        </w:tc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i/>
                <w:sz w:val="16"/>
              </w:rPr>
              <w:t>Număr de înregistrare: .....................</w:t>
              <w:br/>
              <w:t>Data: ...................................................</w:t>
              <w:br/>
              <w:t>(se completează de autoritate)</w:t>
            </w:r>
          </w:p>
        </w:tc>
      </w:tr>
      <w:tr>
        <w:tc>
          <w:tcPr>
            <w:tcW w:type="dxa" w:w="10944"/>
            <w:gridSpan w:val="3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  <w:shd w:fill="F0F0F0"/>
          </w:tcPr>
          <w:p>
            <w:pPr>
              <w:jc w:val="center"/>
            </w:pPr>
            <w:r>
              <w:rPr>
                <w:b/>
                <w:sz w:val="21"/>
              </w:rPr>
              <w:t>CERERE PENTRU EMITEREA CERTIFICATULUI DE URBANISM DE INFORMARE</w:t>
            </w:r>
          </w:p>
        </w:tc>
      </w:tr>
    </w:tbl>
    <w:p>
      <w:pPr>
        <w:spacing w:after="80"/>
      </w:pPr>
    </w:p>
    <w:p>
      <w:r>
        <w:rPr>
          <w:b/>
        </w:rPr>
        <w:t>1. CĂTRE</w:t>
      </w:r>
    </w:p>
    <w:p>
      <w:r>
        <w:t xml:space="preserve">Instituția: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municipiului / orașului / comunei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de sector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consiliul județean</w:t>
      </w:r>
    </w:p>
    <w:p>
      <w:pPr>
        <w:spacing w:after="80"/>
      </w:pPr>
      <w:r>
        <w:rPr>
          <w:i/>
          <w:sz w:val="16"/>
        </w:rPr>
        <w:t>Cererea va fi transmisă către președintele consiliului județean, primarul general, primarul de sector sau primarul municipiului/orașului/comunei, după caz.</w:t>
      </w:r>
    </w:p>
    <w:p>
      <w:r>
        <w:rPr>
          <w:b/>
        </w:rPr>
        <w:t>2. SOLICITANTUL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 xml:space="preserve">Nume și prenume: 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 xml:space="preserve">CNP: 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Act de identitate: Seria ....... Nr. ............</w:t>
              <w:br/>
              <w:t>Eliberat de: ................... La data: 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Domiciliul: Județul ........................................</w:t>
              <w:br/>
              <w:t>Municipiul/orașul/comuna: ...........................</w:t>
              <w:br/>
              <w:t>Sat/sector: .................... Str. ............................</w:t>
              <w:br/>
              <w:t>Nr. .... Sc. .... Et. .... Ap. .... Cod poștal ..........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Telefon/Fax: .......................................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E-mail: ....................................................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În calitate de reprezentant al: 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CUI/CIF: ....................................................</w:t>
            </w:r>
          </w:p>
        </w:tc>
      </w:tr>
    </w:tbl>
    <w:p>
      <w:pPr>
        <w:spacing w:after="60"/>
      </w:pPr>
    </w:p>
    <w:p>
      <w:r>
        <w:t xml:space="preserve">în conformitate cu prevederile Legii nr. 169/2026 privind Codul amenajării teritoriului, urbanismului și construcțiilor, solicit emiterea </w:t>
      </w:r>
      <w:r>
        <w:rPr>
          <w:b/>
        </w:rPr>
        <w:t>CERTIFICATULUI DE URBANISM DE INFORMARE</w:t>
      </w:r>
    </w:p>
    <w:p>
      <w:r>
        <w:rPr>
          <w:b/>
        </w:rPr>
        <w:t>3. IMOBILUL</w:t>
      </w:r>
    </w:p>
    <w:p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teren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construcții</w:t>
      </w:r>
      <w:r>
        <w:br/>
        <w:t>Județ: ............................. Municipiu/oraș/comună: ............................. Sat/sector: ............................. Cod poștal: ............</w:t>
        <w:br/>
        <w:t>Strada: ........................................................................ Nr. ........ Bl. ........ sc. ........ et. ........ ap. ........</w:t>
        <w:br/>
        <w:t>Suprafața terenului (m²): ........................ Număr cadastral: ........................ Carte funciară nr.: ........................</w:t>
      </w:r>
    </w:p>
    <w:p>
      <w:r>
        <w:t>dacă imobilul e înscris în e-Terra:</w:t>
        <w:br/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extras de carte funciară actualizat, anexat</w:t>
      </w:r>
      <w:r>
        <w:br/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plan de încadrare în zonă în sistem Stereo 70, anexat eliberat, la cerere, de către ANCPI</w:t>
      </w:r>
    </w:p>
    <w:p>
      <w:r>
        <w:rPr>
          <w:b/>
        </w:rPr>
        <w:t>4. COMUNICAREA RĂSPUNSULUI</w:t>
      </w:r>
    </w:p>
    <w:p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în format scris, prin poștă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în format digital, la adresa de e-mail indicată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ridicare de la sediul autorității</w:t>
      </w:r>
    </w:p>
    <w:p>
      <w:r>
        <w:rPr>
          <w:b/>
        </w:rPr>
        <w:t>5. DATA ȘI SEMNĂTURA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sz w:val="18"/>
              </w:rPr>
              <w:t>Data: ........................................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sz w:val="18"/>
              </w:rPr>
              <w:t>Solicitantul: ........................................</w:t>
              <w:br/>
              <w:t>Semnătura: ........................................</w:t>
            </w:r>
          </w:p>
        </w:tc>
      </w:tr>
    </w:tbl>
    <w:p>
      <w:pPr>
        <w:spacing w:after="80"/>
      </w:pPr>
    </w:p>
    <w:sectPr w:rsidR="00FC693F" w:rsidRPr="0006063C" w:rsidSect="00034616">
      <w:pgSz w:w="12240" w:h="15840"/>
      <w:pgMar w:top="576" w:right="648" w:bottom="576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