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F_CU_03 -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PRELUNGIREA VALABILITĂȚII CERTIFICATULUI DE URBANISM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>în temeiul art. 257 alin. (17) din Legea nr. 169/2026 privind Codul amenajării teritoriului, urbanismului și construcțiilor,</w:t>
        <w:br/>
        <w:t xml:space="preserve">solicit prelungirea valabilității </w:t>
      </w:r>
      <w:r>
        <w:rPr>
          <w:b/>
        </w:rPr>
        <w:t>CERTIFICATULUI DE URBANISM</w:t>
      </w:r>
      <w:r>
        <w:br/>
        <w:t>Nr. ............................ Din data ............................ Emis de .....................................................................................</w:t>
      </w:r>
      <w:r>
        <w:br/>
        <w:t>Prelungirea solicitată de la data ............................ până la data ............................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SE ANEXEAZĂ: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certificatul de urbanism (în original)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documentul privind achitarea taxei (copie)</w:t>
      </w:r>
    </w:p>
    <w:p>
      <w:r>
        <w:rPr>
          <w:b/>
        </w:rPr>
        <w:t>6.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