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0"/>
        <w:gridCol w:w="3323"/>
        <w:gridCol w:w="3423"/>
      </w:tblGrid>
      <w:tr w:rsidR="000A61F3">
        <w:trPr>
          <w:jc w:val="center"/>
        </w:trPr>
        <w:tc>
          <w:tcPr>
            <w:tcW w:w="364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0A61F3" w:rsidRDefault="00AA739E">
            <w:pPr>
              <w:spacing w:after="40"/>
            </w:pPr>
            <w:bookmarkStart w:id="0" w:name="_GoBack"/>
            <w:bookmarkEnd w:id="0"/>
            <w:r>
              <w:rPr>
                <w:rFonts w:ascii="Arial" w:hAnsi="Arial"/>
                <w:sz w:val="17"/>
              </w:rPr>
              <w:t>Județul: ....................................................</w:t>
            </w:r>
            <w:r>
              <w:rPr>
                <w:rFonts w:ascii="Arial" w:hAnsi="Arial"/>
                <w:sz w:val="17"/>
              </w:rPr>
              <w:br/>
              <w:t>Autoritatea administrației publice: ............</w:t>
            </w:r>
            <w:r>
              <w:rPr>
                <w:rFonts w:ascii="Arial" w:hAnsi="Arial"/>
                <w:sz w:val="17"/>
              </w:rPr>
              <w:br/>
              <w:t>Adresa oficială: sediul / telefon / e-mail: .......</w:t>
            </w:r>
            <w:r>
              <w:rPr>
                <w:rFonts w:ascii="Arial" w:hAnsi="Arial"/>
                <w:sz w:val="17"/>
              </w:rPr>
              <w:br/>
              <w:t>CIF: .........................................................</w:t>
            </w:r>
          </w:p>
        </w:tc>
        <w:tc>
          <w:tcPr>
            <w:tcW w:w="364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0A61F3" w:rsidRDefault="00AA739E">
            <w:pPr>
              <w:jc w:val="center"/>
            </w:pPr>
            <w:r>
              <w:rPr>
                <w:b/>
                <w:sz w:val="17"/>
              </w:rPr>
              <w:t>[ siglă / stemă ]</w:t>
            </w:r>
            <w:r>
              <w:rPr>
                <w:b/>
                <w:sz w:val="17"/>
              </w:rPr>
              <w:br/>
              <w:t xml:space="preserve">F_A_01 - </w:t>
            </w:r>
            <w:r>
              <w:rPr>
                <w:b/>
                <w:sz w:val="17"/>
              </w:rPr>
              <w:t>versiunea 1.0</w:t>
            </w:r>
          </w:p>
        </w:tc>
        <w:tc>
          <w:tcPr>
            <w:tcW w:w="364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0A61F3" w:rsidRDefault="00AA739E">
            <w:r>
              <w:rPr>
                <w:i/>
                <w:sz w:val="16"/>
              </w:rPr>
              <w:t>Număr de înregistrare: .....................</w:t>
            </w:r>
            <w:r>
              <w:rPr>
                <w:i/>
                <w:sz w:val="16"/>
              </w:rPr>
              <w:br/>
              <w:t>Data: ...................................................</w:t>
            </w:r>
            <w:r>
              <w:rPr>
                <w:i/>
                <w:sz w:val="16"/>
              </w:rPr>
              <w:br/>
              <w:t>(se completează de autoritate)</w:t>
            </w:r>
          </w:p>
        </w:tc>
      </w:tr>
      <w:tr w:rsidR="000A61F3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0A61F3" w:rsidRDefault="00AA739E">
            <w:pPr>
              <w:jc w:val="center"/>
            </w:pPr>
            <w:r>
              <w:rPr>
                <w:b/>
                <w:sz w:val="21"/>
              </w:rPr>
              <w:t>CERERE PENTRU EMITEREA AUTORIZAȚIEI DE CONSTRUIRE / DESFIINȚARE</w:t>
            </w:r>
          </w:p>
        </w:tc>
      </w:tr>
    </w:tbl>
    <w:p w:rsidR="000A61F3" w:rsidRDefault="000A61F3">
      <w:pPr>
        <w:spacing w:after="80"/>
      </w:pPr>
    </w:p>
    <w:p w:rsidR="000A61F3" w:rsidRDefault="00AA739E">
      <w:r>
        <w:rPr>
          <w:b/>
        </w:rPr>
        <w:t>1. CĂTRE</w:t>
      </w:r>
    </w:p>
    <w:p w:rsidR="000A61F3" w:rsidRDefault="00AA739E">
      <w:r>
        <w:t xml:space="preserve">Instituția: </w:t>
      </w:r>
      <w:sdt>
        <w:sdtPr>
          <w:id w:val="149768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</w:t>
      </w:r>
      <w:r>
        <w:rPr>
          <w:rFonts w:ascii="Arial" w:hAnsi="Arial"/>
          <w:sz w:val="18"/>
        </w:rPr>
        <w:t>iului / orașului / comunei</w:t>
      </w:r>
      <w:r>
        <w:t xml:space="preserve">     </w:t>
      </w:r>
      <w:sdt>
        <w:sdtPr>
          <w:id w:val="1412896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:id w:val="-79737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 w:rsidR="000A61F3" w:rsidRDefault="00AA739E"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 w:rsidR="000A61F3" w:rsidRDefault="00AA739E">
      <w:r>
        <w:rPr>
          <w:b/>
        </w:rPr>
        <w:t>2. SOLICITANTUL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8"/>
        <w:gridCol w:w="5168"/>
      </w:tblGrid>
      <w:tr w:rsidR="000A61F3">
        <w:trPr>
          <w:jc w:val="center"/>
        </w:trPr>
        <w:tc>
          <w:tcPr>
            <w:tcW w:w="54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:rsidR="000A61F3" w:rsidRDefault="00AA739E">
            <w:r>
              <w:rPr>
                <w:sz w:val="17"/>
              </w:rPr>
              <w:t>Num</w:t>
            </w:r>
            <w:r>
              <w:rPr>
                <w:sz w:val="17"/>
              </w:rPr>
              <w:t xml:space="preserve">e și prenume: </w:t>
            </w:r>
          </w:p>
        </w:tc>
        <w:tc>
          <w:tcPr>
            <w:tcW w:w="54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:rsidR="000A61F3" w:rsidRDefault="00AA739E">
            <w:r>
              <w:rPr>
                <w:sz w:val="17"/>
              </w:rPr>
              <w:t xml:space="preserve">CNP: </w:t>
            </w:r>
          </w:p>
        </w:tc>
      </w:tr>
      <w:tr w:rsidR="000A61F3">
        <w:trPr>
          <w:jc w:val="center"/>
        </w:trPr>
        <w:tc>
          <w:tcPr>
            <w:tcW w:w="54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:rsidR="000A61F3" w:rsidRDefault="00AA739E">
            <w:r>
              <w:rPr>
                <w:sz w:val="17"/>
              </w:rPr>
              <w:t>Act de identitate: Seria ....... Nr. ............</w:t>
            </w:r>
            <w:r>
              <w:rPr>
                <w:sz w:val="17"/>
              </w:rPr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:rsidR="000A61F3" w:rsidRDefault="00AA739E">
            <w:r>
              <w:rPr>
                <w:sz w:val="17"/>
              </w:rPr>
              <w:t>Domiciliul: Județul ........................................</w:t>
            </w:r>
            <w:r>
              <w:rPr>
                <w:sz w:val="17"/>
              </w:rPr>
              <w:br/>
              <w:t>Municipiul/orașul/comuna: ...........................</w:t>
            </w:r>
            <w:r>
              <w:rPr>
                <w:sz w:val="17"/>
              </w:rPr>
              <w:br/>
              <w:t xml:space="preserve">Sat/sector: </w:t>
            </w:r>
            <w:r>
              <w:rPr>
                <w:sz w:val="17"/>
              </w:rPr>
              <w:t>.................... Str. ............................</w:t>
            </w:r>
            <w:r>
              <w:rPr>
                <w:sz w:val="17"/>
              </w:rPr>
              <w:br/>
              <w:t>Nr. .... Sc. .... Et. .... Ap. .... Cod poștal ..........</w:t>
            </w:r>
          </w:p>
        </w:tc>
      </w:tr>
      <w:tr w:rsidR="000A61F3">
        <w:trPr>
          <w:jc w:val="center"/>
        </w:trPr>
        <w:tc>
          <w:tcPr>
            <w:tcW w:w="54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:rsidR="000A61F3" w:rsidRDefault="00AA739E"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:rsidR="000A61F3" w:rsidRDefault="00AA739E">
            <w:r>
              <w:rPr>
                <w:sz w:val="17"/>
              </w:rPr>
              <w:t>E-mail: ....................................................</w:t>
            </w:r>
          </w:p>
        </w:tc>
      </w:tr>
      <w:tr w:rsidR="000A61F3">
        <w:trPr>
          <w:jc w:val="center"/>
        </w:trPr>
        <w:tc>
          <w:tcPr>
            <w:tcW w:w="54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:rsidR="000A61F3" w:rsidRDefault="00AA739E">
            <w:r>
              <w:rPr>
                <w:sz w:val="17"/>
              </w:rPr>
              <w:t>În calitate de reprezentant</w:t>
            </w:r>
            <w:r>
              <w:rPr>
                <w:sz w:val="17"/>
              </w:rPr>
              <w:t xml:space="preserve">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:rsidR="000A61F3" w:rsidRDefault="00AA739E">
            <w:r>
              <w:rPr>
                <w:sz w:val="17"/>
              </w:rPr>
              <w:t>CUI/CIF: ....................................................</w:t>
            </w:r>
          </w:p>
        </w:tc>
      </w:tr>
    </w:tbl>
    <w:p w:rsidR="000A61F3" w:rsidRDefault="000A61F3">
      <w:pPr>
        <w:spacing w:after="60"/>
      </w:pPr>
    </w:p>
    <w:p w:rsidR="000A61F3" w:rsidRDefault="00AA739E">
      <w:r>
        <w:rPr>
          <w:b/>
        </w:rPr>
        <w:t xml:space="preserve">3. TITULAR AL: </w:t>
      </w:r>
      <w:sdt>
        <w:sdtPr>
          <w:id w:val="-5278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dreptului de proprietate</w:t>
      </w:r>
      <w:r>
        <w:t xml:space="preserve">  </w:t>
      </w:r>
      <w:sdt>
        <w:sdtPr>
          <w:id w:val="154533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unui alt drept real corespunzător proprietății publice</w:t>
      </w:r>
      <w:r>
        <w:t xml:space="preserve">  </w:t>
      </w:r>
      <w:sdt>
        <w:sdtPr>
          <w:id w:val="82862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dreptului de creanță</w:t>
      </w:r>
      <w:r>
        <w:t xml:space="preserve">  </w:t>
      </w:r>
      <w:sdt>
        <w:sdtPr>
          <w:id w:val="1357773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unui alt drept (art. 248 alin.</w:t>
      </w:r>
      <w:r>
        <w:rPr>
          <w:rFonts w:ascii="Arial" w:hAnsi="Arial"/>
          <w:sz w:val="18"/>
        </w:rPr>
        <w:t xml:space="preserve"> 2)</w:t>
      </w:r>
      <w:r>
        <w:br/>
        <w:t>4. Titular al Certificatului de urbanism nr./data ......................................... emis de ....................................................</w:t>
      </w:r>
      <w:r>
        <w:br/>
        <w:t xml:space="preserve">solicit emiterea </w:t>
      </w:r>
      <w:r>
        <w:rPr>
          <w:b/>
        </w:rPr>
        <w:t>AUTORIZAȚIEI DE CONSTRUIRE / DESFIINȚARE</w:t>
      </w:r>
      <w:r>
        <w:t xml:space="preserve"> pentru:</w:t>
      </w:r>
      <w:r>
        <w:br/>
      </w:r>
      <w:sdt>
        <w:sdtPr>
          <w:id w:val="-1835449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clădiri și amenajări</w:t>
      </w:r>
      <w:r>
        <w:t xml:space="preserve">  </w:t>
      </w:r>
      <w:sdt>
        <w:sdtPr>
          <w:id w:val="-1123381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luc</w:t>
      </w:r>
      <w:r>
        <w:rPr>
          <w:rFonts w:ascii="Arial" w:hAnsi="Arial"/>
          <w:sz w:val="18"/>
        </w:rPr>
        <w:t>rări inginerești</w:t>
      </w:r>
      <w:r>
        <w:t xml:space="preserve">  </w:t>
      </w:r>
      <w:sdt>
        <w:sdtPr>
          <w:id w:val="-1128772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 speciale</w:t>
      </w:r>
      <w:r>
        <w:t xml:space="preserve">  </w:t>
      </w:r>
      <w:sdt>
        <w:sdtPr>
          <w:id w:val="119018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Autorizație de organizare a execuției</w:t>
      </w:r>
      <w:r>
        <w:br/>
        <w:t>5. Scopul investiției (funcțiune principală și secundară): ............................................................................................</w:t>
      </w:r>
    </w:p>
    <w:p w:rsidR="000A61F3" w:rsidRDefault="00AA739E">
      <w:r>
        <w:rPr>
          <w:b/>
        </w:rPr>
        <w:t>6. IMOBILUL</w:t>
      </w:r>
    </w:p>
    <w:p w:rsidR="000A61F3" w:rsidRDefault="00AA739E">
      <w:sdt>
        <w:sdtPr>
          <w:id w:val="-183559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:id w:val="725724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</w:r>
      <w:r>
        <w:br/>
        <w:t>Strada: ................................................................</w:t>
      </w:r>
      <w:r>
        <w:t>........ Nr. ........ Bl. ........ sc. ........ et. ........ ap. ........</w:t>
      </w:r>
      <w:r>
        <w:br/>
        <w:t>Suprafața terenului (m²): ........................ Număr cadastral: ........................ Carte funciară nr.: ........................</w:t>
      </w:r>
    </w:p>
    <w:p w:rsidR="000A61F3" w:rsidRDefault="00AA739E">
      <w:r>
        <w:rPr>
          <w:b/>
        </w:rPr>
        <w:t>7. PROIECTUL ATAȘAT ȘI ECHIPA DE PROIECTARE:</w:t>
      </w:r>
      <w:r>
        <w:rPr>
          <w:b/>
        </w:rPr>
        <w:t xml:space="preserve"> </w:t>
      </w:r>
    </w:p>
    <w:p w:rsidR="000A61F3" w:rsidRDefault="00AA739E">
      <w:sdt>
        <w:sdtPr>
          <w:id w:val="171098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PAC</w:t>
      </w:r>
      <w:r>
        <w:t xml:space="preserve">  </w:t>
      </w:r>
      <w:sdt>
        <w:sdtPr>
          <w:id w:val="-714122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PAD</w:t>
      </w:r>
      <w:r>
        <w:t xml:space="preserve">  </w:t>
      </w:r>
      <w:sdt>
        <w:sdtPr>
          <w:id w:val="-76545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Proiect amenajare</w:t>
      </w:r>
      <w:r>
        <w:t xml:space="preserve">  </w:t>
      </w:r>
      <w:sdt>
        <w:sdtPr>
          <w:id w:val="-155384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Intervenții clădiri existente</w:t>
      </w:r>
      <w:r>
        <w:br/>
        <w:t>Nr./data: .................... Elaborator: .................................................... Proiectant autor arhitect: .................... Nr. TNA: ............</w:t>
      </w:r>
    </w:p>
    <w:p w:rsidR="000A61F3" w:rsidRDefault="00AA739E">
      <w:r>
        <w:rPr>
          <w:b/>
        </w:rPr>
        <w:t>8. CLASA DE C</w:t>
      </w:r>
      <w:r>
        <w:rPr>
          <w:b/>
        </w:rPr>
        <w:t xml:space="preserve">ONSECINȚE: </w:t>
      </w:r>
      <w:sdt>
        <w:sdtPr>
          <w:id w:val="-463042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CC1/NVP1</w:t>
      </w:r>
      <w:r>
        <w:t xml:space="preserve">  </w:t>
      </w:r>
      <w:sdt>
        <w:sdtPr>
          <w:id w:val="208001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CC2/NVP2</w:t>
      </w:r>
      <w:r>
        <w:t xml:space="preserve">  </w:t>
      </w:r>
      <w:sdt>
        <w:sdtPr>
          <w:id w:val="-1345786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CC3/NVP3</w:t>
      </w:r>
      <w:r>
        <w:t xml:space="preserve">  </w:t>
      </w:r>
      <w:sdt>
        <w:sdtPr>
          <w:id w:val="88552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CC4/NVP4</w:t>
      </w:r>
      <w:r>
        <w:br/>
        <w:t>Verificatori tehnici atestați (cerințe fundamentale: rezistență, incendiu, igienă, siguranță în exploatare, zgomot, energie).</w:t>
      </w:r>
    </w:p>
    <w:p w:rsidR="000A61F3" w:rsidRDefault="00AA739E">
      <w:r>
        <w:t>9. VALORI ȘI DURATĂ:</w:t>
      </w:r>
      <w:r>
        <w:br/>
        <w:t>Valoarea lucrărilor supuse autorizării (lei</w:t>
      </w:r>
      <w:r>
        <w:t>): .................... Valoarea obiectivului: .................... Durata estimată (luni): ............</w:t>
      </w:r>
    </w:p>
    <w:p w:rsidR="000A61F3" w:rsidRDefault="00AA739E">
      <w:r>
        <w:rPr>
          <w:b/>
        </w:rPr>
        <w:lastRenderedPageBreak/>
        <w:t>10. LISTA DOCUMENTELOR ANEXATE (a - q conform formular oficial Monitorul Oficial):</w:t>
      </w:r>
      <w:r>
        <w:rPr>
          <w:b/>
        </w:rPr>
        <w:br/>
      </w:r>
    </w:p>
    <w:p w:rsidR="000A61F3" w:rsidRDefault="00AA739E">
      <w:sdt>
        <w:sdtPr>
          <w:id w:val="-756589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a) extras plan cadastral &amp; extras CF (&lt;30 zile)</w:t>
      </w:r>
      <w:r>
        <w:br/>
      </w:r>
      <w:sdt>
        <w:sdtPr>
          <w:id w:val="1178937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b) acte tit</w:t>
      </w:r>
      <w:r>
        <w:rPr>
          <w:rFonts w:ascii="Arial" w:hAnsi="Arial"/>
          <w:sz w:val="18"/>
        </w:rPr>
        <w:t>lu drept real</w:t>
      </w:r>
      <w:r>
        <w:br/>
      </w:r>
      <w:sdt>
        <w:sdtPr>
          <w:id w:val="1114717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c) proiect PAC/PAD (2 ex orig)</w:t>
      </w:r>
      <w:r>
        <w:br/>
      </w:r>
      <w:sdt>
        <w:sdtPr>
          <w:id w:val="-1185281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d) referate verificare proiect</w:t>
      </w:r>
      <w:r>
        <w:br/>
      </w:r>
      <w:sdt>
        <w:sdtPr>
          <w:id w:val="225812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e) avize/acorduri stabilite prin CU</w:t>
      </w:r>
      <w:r>
        <w:br/>
      </w:r>
      <w:sdt>
        <w:sdtPr>
          <w:id w:val="187927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f) act autoritate mediu</w:t>
      </w:r>
      <w:r>
        <w:br/>
      </w:r>
      <w:sdt>
        <w:sdtPr>
          <w:id w:val="-1834907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g) declarație acord tacit</w:t>
      </w:r>
      <w:r>
        <w:br/>
      </w:r>
      <w:sdt>
        <w:sdtPr>
          <w:id w:val="148650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h) acordul vecinilor</w:t>
      </w:r>
      <w:r>
        <w:br/>
      </w:r>
      <w:sdt>
        <w:sdtPr>
          <w:id w:val="348994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i) expertiză influență vecinătăți</w:t>
      </w:r>
      <w:r>
        <w:br/>
      </w:r>
      <w:sdt>
        <w:sdtPr>
          <w:id w:val="-1865514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j) expe</w:t>
      </w:r>
      <w:r>
        <w:rPr>
          <w:rFonts w:ascii="Arial" w:hAnsi="Arial"/>
          <w:sz w:val="18"/>
        </w:rPr>
        <w:t>rtiză tehnică construcții existente</w:t>
      </w:r>
      <w:r>
        <w:br/>
      </w:r>
      <w:sdt>
        <w:sdtPr>
          <w:id w:val="155116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k) raport nZEB</w:t>
      </w:r>
      <w:r>
        <w:br/>
      </w:r>
      <w:sdt>
        <w:sdtPr>
          <w:id w:val="-118714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l) audit energetic</w:t>
      </w:r>
      <w:r>
        <w:br/>
      </w:r>
      <w:sdt>
        <w:sdtPr>
          <w:id w:val="1554112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m) proiect administrator drum</w:t>
      </w:r>
      <w:r>
        <w:br/>
      </w:r>
      <w:sdt>
        <w:sdtPr>
          <w:id w:val="1118115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n) dovadă luare în evidență OAR</w:t>
      </w:r>
      <w:r>
        <w:br/>
      </w:r>
      <w:sdt>
        <w:sdtPr>
          <w:id w:val="-481077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o) deviz general</w:t>
      </w:r>
      <w:r>
        <w:br/>
      </w:r>
      <w:sdt>
        <w:sdtPr>
          <w:id w:val="-1843006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p) chitanțe plată taxe legale</w:t>
      </w:r>
      <w:r>
        <w:br/>
      </w:r>
      <w:sdt>
        <w:sdtPr>
          <w:id w:val="-2022387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q) anexa tehnică completată</w:t>
      </w:r>
      <w:r>
        <w:br/>
      </w:r>
    </w:p>
    <w:p w:rsidR="000A61F3" w:rsidRDefault="00AA739E">
      <w:r>
        <w:rPr>
          <w:b/>
        </w:rPr>
        <w:t xml:space="preserve">11. DATA ȘI </w:t>
      </w:r>
      <w:r>
        <w:rPr>
          <w:b/>
        </w:rPr>
        <w:t>SEMNĂTURA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48"/>
        <w:gridCol w:w="5148"/>
      </w:tblGrid>
      <w:tr w:rsidR="000A61F3">
        <w:trPr>
          <w:jc w:val="center"/>
        </w:trPr>
        <w:tc>
          <w:tcPr>
            <w:tcW w:w="54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0A61F3" w:rsidRDefault="00AA739E"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0A61F3" w:rsidRDefault="00AA739E">
            <w:r>
              <w:rPr>
                <w:sz w:val="18"/>
              </w:rPr>
              <w:t>Solicitantul: ........................................</w:t>
            </w:r>
            <w:r>
              <w:rPr>
                <w:sz w:val="18"/>
              </w:rPr>
              <w:br/>
              <w:t>Semnătura: ........................................</w:t>
            </w:r>
          </w:p>
        </w:tc>
      </w:tr>
    </w:tbl>
    <w:p w:rsidR="000A61F3" w:rsidRDefault="000A61F3">
      <w:pPr>
        <w:spacing w:after="80"/>
      </w:pPr>
    </w:p>
    <w:p w:rsidR="000A61F3" w:rsidRDefault="00AA739E">
      <w:r>
        <w:br w:type="page"/>
      </w:r>
    </w:p>
    <w:p w:rsidR="000A61F3" w:rsidRDefault="00AA739E">
      <w:r>
        <w:rPr>
          <w:b/>
        </w:rPr>
        <w:lastRenderedPageBreak/>
        <w:t>ANEXA IMOBILE - la cererea de autorizare (pentru mai multe imobile)</w:t>
      </w:r>
      <w:r>
        <w:rPr>
          <w:b/>
        </w:rPr>
        <w:br/>
        <w:t xml:space="preserve">ANEXA TEHNICĂ - la </w:t>
      </w:r>
      <w:r>
        <w:rPr>
          <w:b/>
        </w:rPr>
        <w:t>cererea de autorizare (completată de proiectant)</w:t>
      </w:r>
      <w:r>
        <w:rPr>
          <w:b/>
        </w:rPr>
        <w:br/>
      </w:r>
    </w:p>
    <w:p w:rsidR="000A61F3" w:rsidRDefault="00AA739E">
      <w:r>
        <w:t>1. Categoriile de lucrări aplicabile (A. Construcții noi, B. Intervenții clădiri existente, C. Amenajări, D. Lucrări inginerești)</w:t>
      </w:r>
      <w:r>
        <w:br/>
        <w:t>2. Datele amplasamentului: POT/CUT existent și propus, retrageri aliniament,</w:t>
      </w:r>
      <w:r>
        <w:t xml:space="preserve"> distanțe limite laterale/posterioare.</w:t>
      </w:r>
      <w:r>
        <w:br/>
        <w:t>3. Tabel suprafețe (Construită, Desfășurată, Utilă).</w:t>
      </w:r>
      <w:r>
        <w:br/>
        <w:t>4. Fișa clădirii: Identificator RNC/IE, Regim de înălțime, Structură, Siguranță la foc.</w:t>
      </w:r>
      <w:r>
        <w:br/>
        <w:t>5. Capacități funcționale și utilități.</w:t>
      </w:r>
      <w:r>
        <w:br/>
        <w:t>6. Măsuri protecția mediului / incen</w:t>
      </w:r>
      <w:r>
        <w:t>diu.</w:t>
      </w:r>
    </w:p>
    <w:sectPr w:rsidR="000A61F3" w:rsidSect="00AA739E">
      <w:pgSz w:w="12240" w:h="15840"/>
      <w:pgMar w:top="578" w:right="646" w:bottom="57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61F3"/>
    <w:rsid w:val="0015074B"/>
    <w:rsid w:val="0029639D"/>
    <w:rsid w:val="00326F90"/>
    <w:rsid w:val="00AA1D8D"/>
    <w:rsid w:val="00AA739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7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7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F155C1-5D9A-4B40-AEE4-20B3A05F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675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Utilizator Windows</cp:lastModifiedBy>
  <cp:revision>3</cp:revision>
  <cp:lastPrinted>2026-08-31T05:31:00Z</cp:lastPrinted>
  <dcterms:created xsi:type="dcterms:W3CDTF">2013-12-23T23:15:00Z</dcterms:created>
  <dcterms:modified xsi:type="dcterms:W3CDTF">2026-08-31T05:31:00Z</dcterms:modified>
  <cp:category/>
</cp:coreProperties>
</file>