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648"/>
        <w:gridCol w:w="3648"/>
        <w:gridCol w:w="3648"/>
      </w:tblGrid>
      <w:tr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Județul: ....................................................</w:t>
              <w:br/>
              <w:t>Autoritatea administrației publice: ............</w:t>
              <w:br/>
              <w:t>Adresa oficială: sediul / telefon / e-mail: .......</w:t>
              <w:br/>
              <w:t>CIF: .........................................................</w:t>
            </w:r>
          </w:p>
        </w:tc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pPr>
              <w:jc w:val="center"/>
            </w:pPr>
            <w:r>
              <w:rPr>
                <w:b/>
                <w:sz w:val="17"/>
              </w:rPr>
              <w:t>[ siglă / stemă ]</w:t>
              <w:br/>
              <w:t>F_A_05 - versiunea 1.0</w:t>
            </w:r>
          </w:p>
        </w:tc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i/>
                <w:sz w:val="16"/>
              </w:rPr>
              <w:t>Număr de înregistrare: .....................</w:t>
              <w:br/>
              <w:t>Data: ...................................................</w:t>
              <w:br/>
              <w:t>(se completează de autoritate)</w:t>
            </w:r>
          </w:p>
        </w:tc>
      </w:tr>
      <w:tr>
        <w:tc>
          <w:tcPr>
            <w:tcW w:type="dxa" w:w="10944"/>
            <w:gridSpan w:val="3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  <w:shd w:fill="F0F0F0"/>
          </w:tcPr>
          <w:p>
            <w:pPr>
              <w:jc w:val="center"/>
            </w:pPr>
            <w:r>
              <w:rPr>
                <w:b/>
                <w:sz w:val="21"/>
              </w:rPr>
              <w:t>CERERE PENTRU EMITEREA AVIZULUI PRIMARULUI</w:t>
            </w:r>
          </w:p>
        </w:tc>
      </w:tr>
    </w:tbl>
    <w:p>
      <w:pPr>
        <w:spacing w:after="80"/>
      </w:pPr>
    </w:p>
    <w:p>
      <w:r>
        <w:rPr>
          <w:b/>
        </w:rPr>
        <w:t>1. CĂTRE</w:t>
      </w:r>
    </w:p>
    <w:p>
      <w:r>
        <w:t xml:space="preserve">Instituția: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municipiului / orașului / comunei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de sector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consiliul județean</w:t>
      </w:r>
    </w:p>
    <w:p>
      <w:pPr>
        <w:spacing w:after="80"/>
      </w:pPr>
      <w:r>
        <w:rPr>
          <w:i/>
          <w:sz w:val="16"/>
        </w:rPr>
        <w:t>Cererea va fi transmisă către președintele consiliului județean, primarul general, primarul de sector sau primarul municipiului/orașului/comunei, după caz.</w:t>
      </w:r>
    </w:p>
    <w:p>
      <w:r>
        <w:rPr>
          <w:b/>
        </w:rPr>
        <w:t>2. SOLICITANTUL - Instituția Arhitectului-Șef a județului / mun. București</w:t>
        <w:br/>
      </w:r>
      <w:r>
        <w:rPr>
          <w:b/>
        </w:rPr>
        <w:t>3. SITUAȚIA LEGALĂ DIN COD:</w:t>
        <w:br/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art. 41 alin. (3) - avizul primarului la consultare reciprocă PUZ pe teritoriul mai multor UAT</w:t>
      </w:r>
      <w:r>
        <w:br/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art. 69 alin. (3) - aviz prealabil primar pentru aviz de inițiere PUZ</w:t>
      </w:r>
      <w:r>
        <w:br/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art. 304 alin. (3) - aviz prealabil primar pentru emitere AC/AD de către Președintele CJ</w:t>
      </w:r>
    </w:p>
    <w:p>
      <w:r>
        <w:rPr>
          <w:b/>
        </w:rPr>
        <w:t>4. IMOBILUL</w:t>
      </w:r>
    </w:p>
    <w:p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teren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construcții</w:t>
      </w:r>
      <w:r>
        <w:br/>
        <w:t>Județ: ............................. Municipiu/oraș/comună: ............................. Sat/sector: ............................. Cod poștal: ............</w:t>
        <w:br/>
        <w:t>Strada: ........................................................................ Nr. ........ Bl. ........ sc. ........ et. ........ ap. ........</w:t>
        <w:br/>
        <w:t>Suprafața terenului (m²): ........................ Număr cadastral: ........................ Carte funciară nr.: ........................</w:t>
      </w:r>
    </w:p>
    <w:p>
      <w:r>
        <w:rPr>
          <w:b/>
        </w:rPr>
        <w:t>6. DATA ȘI SEMNĂTURA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sz w:val="18"/>
              </w:rPr>
              <w:t>Data: ........................................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sz w:val="18"/>
              </w:rPr>
              <w:t>Arhitectul-șef: ........................................</w:t>
              <w:br/>
              <w:t>Semnătura: ........................................</w:t>
            </w:r>
          </w:p>
        </w:tc>
      </w:tr>
    </w:tbl>
    <w:p>
      <w:pPr>
        <w:spacing w:after="80"/>
      </w:pPr>
    </w:p>
    <w:sectPr w:rsidR="00FC693F" w:rsidRPr="0006063C" w:rsidSect="00034616">
      <w:pgSz w:w="12240" w:h="15840"/>
      <w:pgMar w:top="576" w:right="648" w:bottom="576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